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E8F65" w14:textId="77777777" w:rsidR="00BF53FA" w:rsidRPr="00BF53FA" w:rsidRDefault="00BF53FA" w:rsidP="00BF53FA">
      <w:pPr>
        <w:spacing w:after="0"/>
        <w:rPr>
          <w:rFonts w:ascii="Arial" w:hAnsi="Arial" w:cs="Arial"/>
          <w:color w:val="31849B" w:themeColor="accent5" w:themeShade="BF"/>
          <w:sz w:val="32"/>
          <w:szCs w:val="32"/>
        </w:rPr>
      </w:pPr>
      <w:r w:rsidRPr="00BF53FA">
        <w:rPr>
          <w:rFonts w:ascii="Arial" w:hAnsi="Arial" w:cs="Arial"/>
          <w:b/>
          <w:color w:val="31849B" w:themeColor="accent5" w:themeShade="BF"/>
          <w:sz w:val="52"/>
          <w:szCs w:val="32"/>
        </w:rPr>
        <w:t>YOUR NAME SHOULD BE LARGE</w:t>
      </w:r>
    </w:p>
    <w:p w14:paraId="1CCFDB9A" w14:textId="77777777" w:rsidR="00BF53FA" w:rsidRPr="00BF53FA" w:rsidRDefault="00BF53FA" w:rsidP="00BF53FA">
      <w:pPr>
        <w:rPr>
          <w:rFonts w:ascii="Arial" w:hAnsi="Arial" w:cs="Arial"/>
          <w:sz w:val="20"/>
          <w:szCs w:val="20"/>
        </w:rPr>
      </w:pPr>
      <w:r w:rsidRPr="00BF53FA">
        <w:rPr>
          <w:rFonts w:ascii="Arial" w:hAnsi="Arial" w:cs="Arial"/>
          <w:i/>
          <w:iCs/>
          <w:sz w:val="20"/>
          <w:szCs w:val="20"/>
        </w:rPr>
        <w:t>City, State</w:t>
      </w:r>
      <w:r w:rsidRPr="00BF53FA">
        <w:rPr>
          <w:rFonts w:ascii="Arial" w:hAnsi="Arial" w:cs="Arial"/>
          <w:sz w:val="20"/>
          <w:szCs w:val="20"/>
        </w:rPr>
        <w:t xml:space="preserve"> </w:t>
      </w:r>
      <w:r w:rsidRPr="00BF53FA">
        <w:rPr>
          <w:rFonts w:ascii="Arial" w:hAnsi="Arial" w:cs="Arial"/>
          <w:b/>
          <w:bCs/>
          <w:color w:val="31849B" w:themeColor="accent5" w:themeShade="BF"/>
          <w:sz w:val="20"/>
          <w:szCs w:val="20"/>
        </w:rPr>
        <w:t>|</w:t>
      </w:r>
      <w:r w:rsidRPr="00BF53FA">
        <w:rPr>
          <w:rFonts w:ascii="Arial" w:hAnsi="Arial" w:cs="Arial"/>
          <w:sz w:val="20"/>
          <w:szCs w:val="20"/>
        </w:rPr>
        <w:t xml:space="preserve"> </w:t>
      </w:r>
      <w:r w:rsidRPr="00BF53FA">
        <w:rPr>
          <w:rFonts w:ascii="Arial" w:hAnsi="Arial" w:cs="Arial"/>
          <w:i/>
          <w:iCs/>
          <w:sz w:val="20"/>
          <w:szCs w:val="20"/>
        </w:rPr>
        <w:t>Phone</w:t>
      </w:r>
      <w:r w:rsidRPr="00BF53FA">
        <w:rPr>
          <w:rFonts w:ascii="Arial" w:hAnsi="Arial" w:cs="Arial"/>
          <w:sz w:val="20"/>
          <w:szCs w:val="20"/>
        </w:rPr>
        <w:t xml:space="preserve"> </w:t>
      </w:r>
      <w:r w:rsidRPr="00BF53FA">
        <w:rPr>
          <w:rFonts w:ascii="Arial" w:hAnsi="Arial" w:cs="Arial"/>
          <w:b/>
          <w:bCs/>
          <w:color w:val="31849B" w:themeColor="accent5" w:themeShade="BF"/>
          <w:sz w:val="20"/>
          <w:szCs w:val="20"/>
        </w:rPr>
        <w:t>|</w:t>
      </w:r>
      <w:r w:rsidRPr="00BF53FA">
        <w:rPr>
          <w:rFonts w:ascii="Arial" w:hAnsi="Arial" w:cs="Arial"/>
          <w:sz w:val="20"/>
          <w:szCs w:val="20"/>
        </w:rPr>
        <w:t xml:space="preserve"> </w:t>
      </w:r>
      <w:r w:rsidRPr="00BF53FA">
        <w:rPr>
          <w:rFonts w:ascii="Arial" w:hAnsi="Arial" w:cs="Arial"/>
          <w:i/>
          <w:iCs/>
          <w:sz w:val="20"/>
          <w:szCs w:val="20"/>
        </w:rPr>
        <w:t>Email</w:t>
      </w:r>
      <w:r w:rsidRPr="00BF53FA">
        <w:rPr>
          <w:rFonts w:ascii="Arial" w:hAnsi="Arial" w:cs="Arial"/>
          <w:sz w:val="20"/>
          <w:szCs w:val="20"/>
        </w:rPr>
        <w:t xml:space="preserve"> </w:t>
      </w:r>
      <w:r w:rsidRPr="00BF53FA">
        <w:rPr>
          <w:rFonts w:ascii="Arial" w:hAnsi="Arial" w:cs="Arial"/>
          <w:b/>
          <w:bCs/>
          <w:color w:val="31849B" w:themeColor="accent5" w:themeShade="BF"/>
          <w:sz w:val="20"/>
          <w:szCs w:val="20"/>
        </w:rPr>
        <w:t>|</w:t>
      </w:r>
      <w:r w:rsidRPr="00BF53FA">
        <w:rPr>
          <w:rFonts w:ascii="Arial" w:hAnsi="Arial" w:cs="Arial"/>
          <w:sz w:val="20"/>
          <w:szCs w:val="20"/>
        </w:rPr>
        <w:t xml:space="preserve"> </w:t>
      </w:r>
      <w:r w:rsidRPr="00BF53FA">
        <w:rPr>
          <w:rFonts w:ascii="Arial" w:hAnsi="Arial" w:cs="Arial"/>
          <w:i/>
          <w:iCs/>
          <w:sz w:val="20"/>
          <w:szCs w:val="20"/>
        </w:rPr>
        <w:t>LinkedIn/Shortened link to portfolio</w:t>
      </w:r>
    </w:p>
    <w:p w14:paraId="3413FA2C" w14:textId="77777777" w:rsidR="00D81BA1" w:rsidRPr="00BF53FA" w:rsidRDefault="00D81BA1">
      <w:pPr>
        <w:rPr>
          <w:rFonts w:ascii="Arial" w:hAnsi="Arial" w:cs="Arial"/>
        </w:rPr>
      </w:pPr>
    </w:p>
    <w:p w14:paraId="7D7128D9" w14:textId="77777777" w:rsidR="00D81BA1" w:rsidRPr="00BF53FA" w:rsidRDefault="00000000">
      <w:pPr>
        <w:rPr>
          <w:rFonts w:ascii="Arial" w:hAnsi="Arial" w:cs="Arial"/>
          <w:i/>
          <w:iCs/>
          <w:sz w:val="24"/>
          <w:szCs w:val="24"/>
        </w:rPr>
      </w:pPr>
      <w:r w:rsidRPr="00BF53FA">
        <w:rPr>
          <w:rFonts w:ascii="Arial" w:hAnsi="Arial" w:cs="Arial"/>
          <w:i/>
          <w:iCs/>
          <w:sz w:val="24"/>
          <w:szCs w:val="24"/>
        </w:rPr>
        <w:t>Date</w:t>
      </w:r>
    </w:p>
    <w:p w14:paraId="7938F5E1" w14:textId="77777777" w:rsidR="00D81BA1" w:rsidRPr="00BF53FA" w:rsidRDefault="00000000" w:rsidP="00BF53FA">
      <w:pPr>
        <w:spacing w:after="0"/>
        <w:rPr>
          <w:rFonts w:ascii="Arial" w:hAnsi="Arial" w:cs="Arial"/>
          <w:sz w:val="24"/>
          <w:szCs w:val="24"/>
        </w:rPr>
      </w:pPr>
      <w:r w:rsidRPr="00BF53FA">
        <w:rPr>
          <w:rFonts w:ascii="Arial" w:hAnsi="Arial" w:cs="Arial"/>
          <w:sz w:val="24"/>
          <w:szCs w:val="24"/>
        </w:rPr>
        <w:t>Hiring Manager Name</w:t>
      </w:r>
    </w:p>
    <w:p w14:paraId="193DABE8" w14:textId="77777777" w:rsidR="00D81BA1" w:rsidRPr="00BF53FA" w:rsidRDefault="00000000" w:rsidP="00BF53FA">
      <w:pPr>
        <w:spacing w:after="0"/>
        <w:rPr>
          <w:rFonts w:ascii="Arial" w:hAnsi="Arial" w:cs="Arial"/>
          <w:sz w:val="24"/>
          <w:szCs w:val="24"/>
        </w:rPr>
      </w:pPr>
      <w:r w:rsidRPr="00BF53FA">
        <w:rPr>
          <w:rFonts w:ascii="Arial" w:hAnsi="Arial" w:cs="Arial"/>
          <w:sz w:val="24"/>
          <w:szCs w:val="24"/>
        </w:rPr>
        <w:t>Company Name</w:t>
      </w:r>
    </w:p>
    <w:p w14:paraId="6DF89DCC" w14:textId="77777777" w:rsidR="00D81BA1" w:rsidRPr="00BF53FA" w:rsidRDefault="00000000">
      <w:pPr>
        <w:rPr>
          <w:rFonts w:ascii="Arial" w:hAnsi="Arial" w:cs="Arial"/>
          <w:sz w:val="24"/>
          <w:szCs w:val="24"/>
        </w:rPr>
      </w:pPr>
      <w:r w:rsidRPr="00BF53FA">
        <w:rPr>
          <w:rFonts w:ascii="Arial" w:hAnsi="Arial" w:cs="Arial"/>
          <w:sz w:val="24"/>
          <w:szCs w:val="24"/>
        </w:rPr>
        <w:t>Company Address</w:t>
      </w:r>
    </w:p>
    <w:p w14:paraId="75CA95FD" w14:textId="77777777" w:rsidR="00D81BA1" w:rsidRPr="00BF53FA" w:rsidRDefault="00D81BA1">
      <w:pPr>
        <w:rPr>
          <w:rFonts w:ascii="Arial" w:hAnsi="Arial" w:cs="Arial"/>
        </w:rPr>
      </w:pPr>
    </w:p>
    <w:p w14:paraId="77E906EA" w14:textId="6D3D94A9" w:rsidR="00D81BA1" w:rsidRPr="00BF53FA" w:rsidRDefault="00000000">
      <w:pPr>
        <w:rPr>
          <w:rFonts w:ascii="Arial" w:hAnsi="Arial" w:cs="Arial"/>
          <w:sz w:val="24"/>
          <w:szCs w:val="24"/>
        </w:rPr>
      </w:pPr>
      <w:r w:rsidRPr="00BF53FA">
        <w:rPr>
          <w:rFonts w:ascii="Arial" w:hAnsi="Arial" w:cs="Arial"/>
          <w:sz w:val="24"/>
          <w:szCs w:val="24"/>
        </w:rPr>
        <w:t>Dear Hiring Manager</w:t>
      </w:r>
      <w:r w:rsidR="00BF53FA" w:rsidRPr="00BF53FA">
        <w:rPr>
          <w:rFonts w:ascii="Arial" w:hAnsi="Arial" w:cs="Arial"/>
          <w:sz w:val="24"/>
          <w:szCs w:val="24"/>
        </w:rPr>
        <w:t xml:space="preserve"> Name (always try to address to a person…even if you </w:t>
      </w:r>
      <w:proofErr w:type="gramStart"/>
      <w:r w:rsidR="00BF53FA" w:rsidRPr="00BF53FA">
        <w:rPr>
          <w:rFonts w:ascii="Arial" w:hAnsi="Arial" w:cs="Arial"/>
          <w:sz w:val="24"/>
          <w:szCs w:val="24"/>
        </w:rPr>
        <w:t>have to</w:t>
      </w:r>
      <w:proofErr w:type="gramEnd"/>
      <w:r w:rsidR="00BF53FA" w:rsidRPr="00BF53FA">
        <w:rPr>
          <w:rFonts w:ascii="Arial" w:hAnsi="Arial" w:cs="Arial"/>
          <w:sz w:val="24"/>
          <w:szCs w:val="24"/>
        </w:rPr>
        <w:t xml:space="preserve"> call to find out their name)</w:t>
      </w:r>
      <w:r w:rsidRPr="00BF53FA">
        <w:rPr>
          <w:rFonts w:ascii="Arial" w:hAnsi="Arial" w:cs="Arial"/>
          <w:sz w:val="24"/>
          <w:szCs w:val="24"/>
        </w:rPr>
        <w:t>,</w:t>
      </w:r>
    </w:p>
    <w:p w14:paraId="7F6E2785" w14:textId="77777777" w:rsidR="00BF53FA" w:rsidRPr="00BF53FA" w:rsidRDefault="00BF53FA">
      <w:pPr>
        <w:rPr>
          <w:rFonts w:ascii="Arial" w:hAnsi="Arial" w:cs="Arial"/>
          <w:bCs/>
          <w:sz w:val="24"/>
          <w:szCs w:val="24"/>
        </w:rPr>
      </w:pPr>
      <w:r w:rsidRPr="00BF53FA">
        <w:rPr>
          <w:rFonts w:ascii="Arial" w:hAnsi="Arial" w:cs="Arial"/>
          <w:bCs/>
          <w:sz w:val="24"/>
          <w:szCs w:val="24"/>
        </w:rPr>
        <w:t xml:space="preserve">This is </w:t>
      </w:r>
      <w:r w:rsidR="00000000" w:rsidRPr="00BF53FA">
        <w:rPr>
          <w:rFonts w:ascii="Arial" w:hAnsi="Arial" w:cs="Arial"/>
          <w:bCs/>
          <w:sz w:val="24"/>
          <w:szCs w:val="24"/>
        </w:rPr>
        <w:t>Paragraph 1 (3–4 sentences)</w:t>
      </w:r>
      <w:r w:rsidRPr="00BF53FA">
        <w:rPr>
          <w:rFonts w:ascii="Arial" w:hAnsi="Arial" w:cs="Arial"/>
          <w:bCs/>
          <w:sz w:val="24"/>
          <w:szCs w:val="24"/>
        </w:rPr>
        <w:t xml:space="preserve">. </w:t>
      </w:r>
      <w:r w:rsidR="00000000" w:rsidRPr="00BF53FA">
        <w:rPr>
          <w:rFonts w:ascii="Arial" w:hAnsi="Arial" w:cs="Arial"/>
          <w:sz w:val="24"/>
          <w:szCs w:val="24"/>
        </w:rPr>
        <w:t>State the position you are applying for and how you found it</w:t>
      </w:r>
      <w:r w:rsidRPr="00BF53FA">
        <w:rPr>
          <w:rFonts w:ascii="Arial" w:hAnsi="Arial" w:cs="Arial"/>
          <w:bCs/>
          <w:sz w:val="24"/>
          <w:szCs w:val="24"/>
        </w:rPr>
        <w:t xml:space="preserve">. Spen the next few sentences </w:t>
      </w:r>
      <w:r w:rsidRPr="00BF53FA">
        <w:rPr>
          <w:rFonts w:ascii="Arial" w:hAnsi="Arial" w:cs="Arial"/>
          <w:sz w:val="24"/>
          <w:szCs w:val="24"/>
        </w:rPr>
        <w:t>s</w:t>
      </w:r>
      <w:r w:rsidR="00000000" w:rsidRPr="00BF53FA">
        <w:rPr>
          <w:rFonts w:ascii="Arial" w:hAnsi="Arial" w:cs="Arial"/>
          <w:sz w:val="24"/>
          <w:szCs w:val="24"/>
        </w:rPr>
        <w:t>how</w:t>
      </w:r>
      <w:r w:rsidRPr="00BF53FA">
        <w:rPr>
          <w:rFonts w:ascii="Arial" w:hAnsi="Arial" w:cs="Arial"/>
          <w:sz w:val="24"/>
          <w:szCs w:val="24"/>
        </w:rPr>
        <w:t>ing</w:t>
      </w:r>
      <w:r w:rsidR="00000000" w:rsidRPr="00BF53FA">
        <w:rPr>
          <w:rFonts w:ascii="Arial" w:hAnsi="Arial" w:cs="Arial"/>
          <w:sz w:val="24"/>
          <w:szCs w:val="24"/>
        </w:rPr>
        <w:t xml:space="preserve"> interest in the company (mention something specific you like about them)</w:t>
      </w:r>
      <w:r w:rsidRPr="00BF53FA">
        <w:rPr>
          <w:rFonts w:ascii="Arial" w:hAnsi="Arial" w:cs="Arial"/>
          <w:sz w:val="24"/>
          <w:szCs w:val="24"/>
        </w:rPr>
        <w:t xml:space="preserve"> and how you align with their values.</w:t>
      </w:r>
    </w:p>
    <w:p w14:paraId="7C8BFBEC" w14:textId="7701A50C" w:rsidR="00D81BA1" w:rsidRPr="00BF53FA" w:rsidRDefault="00BF53FA">
      <w:pPr>
        <w:rPr>
          <w:rFonts w:ascii="Arial" w:hAnsi="Arial" w:cs="Arial"/>
          <w:bCs/>
          <w:sz w:val="24"/>
          <w:szCs w:val="24"/>
        </w:rPr>
      </w:pPr>
      <w:r w:rsidRPr="00BF53FA">
        <w:rPr>
          <w:rFonts w:ascii="Arial" w:hAnsi="Arial" w:cs="Arial"/>
          <w:bCs/>
          <w:sz w:val="24"/>
          <w:szCs w:val="24"/>
        </w:rPr>
        <w:t xml:space="preserve">This is </w:t>
      </w:r>
      <w:r w:rsidR="00000000" w:rsidRPr="00BF53FA">
        <w:rPr>
          <w:rFonts w:ascii="Arial" w:hAnsi="Arial" w:cs="Arial"/>
          <w:bCs/>
          <w:sz w:val="24"/>
          <w:szCs w:val="24"/>
        </w:rPr>
        <w:t>Paragraph 2 (4–6 sentences)</w:t>
      </w:r>
      <w:r w:rsidRPr="00BF53FA">
        <w:rPr>
          <w:rFonts w:ascii="Arial" w:hAnsi="Arial" w:cs="Arial"/>
          <w:bCs/>
          <w:sz w:val="24"/>
          <w:szCs w:val="24"/>
        </w:rPr>
        <w:t xml:space="preserve">. </w:t>
      </w:r>
      <w:r w:rsidR="00000000" w:rsidRPr="00BF53FA">
        <w:rPr>
          <w:rFonts w:ascii="Arial" w:hAnsi="Arial" w:cs="Arial"/>
          <w:bCs/>
          <w:sz w:val="24"/>
          <w:szCs w:val="24"/>
        </w:rPr>
        <w:t>Highlight 2–3 relevant experiences (internship, job, or project)</w:t>
      </w:r>
      <w:r w:rsidRPr="00BF53FA">
        <w:rPr>
          <w:rFonts w:ascii="Arial" w:hAnsi="Arial" w:cs="Arial"/>
          <w:bCs/>
          <w:sz w:val="24"/>
          <w:szCs w:val="24"/>
        </w:rPr>
        <w:t xml:space="preserve"> and c</w:t>
      </w:r>
      <w:r w:rsidR="00000000" w:rsidRPr="00BF53FA">
        <w:rPr>
          <w:rFonts w:ascii="Arial" w:hAnsi="Arial" w:cs="Arial"/>
          <w:bCs/>
          <w:sz w:val="24"/>
          <w:szCs w:val="24"/>
        </w:rPr>
        <w:t>onnect your skills to what the employer is seeking</w:t>
      </w:r>
      <w:r w:rsidRPr="00BF53FA">
        <w:rPr>
          <w:rFonts w:ascii="Arial" w:hAnsi="Arial" w:cs="Arial"/>
          <w:bCs/>
          <w:sz w:val="24"/>
          <w:szCs w:val="24"/>
        </w:rPr>
        <w:t xml:space="preserve">. </w:t>
      </w:r>
      <w:r w:rsidR="00000000" w:rsidRPr="00BF53FA">
        <w:rPr>
          <w:rFonts w:ascii="Arial" w:hAnsi="Arial" w:cs="Arial"/>
          <w:bCs/>
          <w:sz w:val="24"/>
          <w:szCs w:val="24"/>
        </w:rPr>
        <w:t>Focus on results and impact (what improved, what you achieved</w:t>
      </w:r>
      <w:r w:rsidRPr="00BF53FA">
        <w:rPr>
          <w:rFonts w:ascii="Arial" w:hAnsi="Arial" w:cs="Arial"/>
          <w:bCs/>
          <w:sz w:val="24"/>
          <w:szCs w:val="24"/>
        </w:rPr>
        <w:t xml:space="preserve">, what you learned). </w:t>
      </w:r>
      <w:r w:rsidR="00000000" w:rsidRPr="00BF53FA">
        <w:rPr>
          <w:rFonts w:ascii="Arial" w:hAnsi="Arial" w:cs="Arial"/>
          <w:bCs/>
          <w:sz w:val="24"/>
          <w:szCs w:val="24"/>
        </w:rPr>
        <w:t>Do NOT repeat your resume—explain why your experience matters</w:t>
      </w:r>
      <w:r w:rsidRPr="00BF53FA">
        <w:rPr>
          <w:rFonts w:ascii="Arial" w:hAnsi="Arial" w:cs="Arial"/>
          <w:bCs/>
          <w:sz w:val="24"/>
          <w:szCs w:val="24"/>
        </w:rPr>
        <w:t>.</w:t>
      </w:r>
    </w:p>
    <w:p w14:paraId="090D93D9" w14:textId="42A03098" w:rsidR="00D81BA1" w:rsidRPr="00BF53FA" w:rsidRDefault="00BF53FA">
      <w:pPr>
        <w:rPr>
          <w:rFonts w:ascii="Arial" w:hAnsi="Arial" w:cs="Arial"/>
          <w:sz w:val="24"/>
          <w:szCs w:val="24"/>
        </w:rPr>
      </w:pPr>
      <w:r w:rsidRPr="00BF53FA">
        <w:rPr>
          <w:rFonts w:ascii="Arial" w:hAnsi="Arial" w:cs="Arial"/>
          <w:sz w:val="24"/>
          <w:szCs w:val="24"/>
        </w:rPr>
        <w:t xml:space="preserve">This is </w:t>
      </w:r>
      <w:r w:rsidR="00000000" w:rsidRPr="00BF53FA">
        <w:rPr>
          <w:rFonts w:ascii="Arial" w:hAnsi="Arial" w:cs="Arial"/>
          <w:sz w:val="24"/>
          <w:szCs w:val="24"/>
        </w:rPr>
        <w:t>Paragraph 3</w:t>
      </w:r>
      <w:r w:rsidRPr="00BF53FA">
        <w:rPr>
          <w:rFonts w:ascii="Arial" w:hAnsi="Arial" w:cs="Arial"/>
          <w:sz w:val="24"/>
          <w:szCs w:val="24"/>
        </w:rPr>
        <w:t xml:space="preserve"> </w:t>
      </w:r>
      <w:r w:rsidR="00000000" w:rsidRPr="00BF53FA">
        <w:rPr>
          <w:rFonts w:ascii="Arial" w:hAnsi="Arial" w:cs="Arial"/>
          <w:sz w:val="24"/>
          <w:szCs w:val="24"/>
        </w:rPr>
        <w:t>(2–3 sentences)</w:t>
      </w:r>
      <w:r w:rsidRPr="00BF53FA">
        <w:rPr>
          <w:rFonts w:ascii="Arial" w:hAnsi="Arial" w:cs="Arial"/>
          <w:sz w:val="24"/>
          <w:szCs w:val="24"/>
        </w:rPr>
        <w:t>. Here you will e</w:t>
      </w:r>
      <w:r w:rsidR="00000000" w:rsidRPr="00BF53FA">
        <w:rPr>
          <w:rFonts w:ascii="Arial" w:hAnsi="Arial" w:cs="Arial"/>
          <w:sz w:val="24"/>
          <w:szCs w:val="24"/>
        </w:rPr>
        <w:t>xpress interest in an interview and next steps</w:t>
      </w:r>
      <w:r w:rsidRPr="00BF53FA">
        <w:rPr>
          <w:rFonts w:ascii="Arial" w:hAnsi="Arial" w:cs="Arial"/>
          <w:sz w:val="24"/>
          <w:szCs w:val="24"/>
        </w:rPr>
        <w:t xml:space="preserve">. Then offer time or best ways to contact you. </w:t>
      </w:r>
      <w:r w:rsidR="00000000" w:rsidRPr="00BF53FA">
        <w:rPr>
          <w:rFonts w:ascii="Arial" w:hAnsi="Arial" w:cs="Arial"/>
          <w:sz w:val="24"/>
          <w:szCs w:val="24"/>
        </w:rPr>
        <w:t>Thank the employer for their time</w:t>
      </w:r>
      <w:r w:rsidRPr="00BF53FA">
        <w:rPr>
          <w:rFonts w:ascii="Arial" w:hAnsi="Arial" w:cs="Arial"/>
          <w:sz w:val="24"/>
          <w:szCs w:val="24"/>
        </w:rPr>
        <w:t xml:space="preserve"> and consideration of your application.</w:t>
      </w:r>
    </w:p>
    <w:p w14:paraId="68ED926B" w14:textId="77777777" w:rsidR="00D81BA1" w:rsidRPr="00BF53FA" w:rsidRDefault="00D81BA1">
      <w:pPr>
        <w:rPr>
          <w:rFonts w:ascii="Arial" w:hAnsi="Arial" w:cs="Arial"/>
          <w:sz w:val="24"/>
          <w:szCs w:val="24"/>
        </w:rPr>
      </w:pPr>
    </w:p>
    <w:p w14:paraId="7D17019D" w14:textId="77777777" w:rsidR="00D81BA1" w:rsidRPr="00BF53FA" w:rsidRDefault="00000000">
      <w:pPr>
        <w:rPr>
          <w:rFonts w:ascii="Arial" w:hAnsi="Arial" w:cs="Arial"/>
          <w:sz w:val="24"/>
          <w:szCs w:val="24"/>
        </w:rPr>
      </w:pPr>
      <w:r w:rsidRPr="00BF53FA">
        <w:rPr>
          <w:rFonts w:ascii="Arial" w:hAnsi="Arial" w:cs="Arial"/>
          <w:sz w:val="24"/>
          <w:szCs w:val="24"/>
        </w:rPr>
        <w:t>Sincerely,</w:t>
      </w:r>
    </w:p>
    <w:p w14:paraId="2FD48B5D" w14:textId="3F673152" w:rsidR="00BF53FA" w:rsidRPr="00BF53FA" w:rsidRDefault="00BF53FA">
      <w:pPr>
        <w:rPr>
          <w:rFonts w:ascii="Brush Script MT" w:eastAsia="Brush Script MT" w:hAnsi="Brush Script MT" w:cs="Brush Script MT"/>
          <w:sz w:val="48"/>
          <w:szCs w:val="48"/>
        </w:rPr>
      </w:pPr>
      <w:r w:rsidRPr="00BF53FA">
        <w:rPr>
          <w:rFonts w:ascii="Brush Script MT" w:eastAsia="Brush Script MT" w:hAnsi="Brush Script MT" w:cs="Brush Script MT"/>
          <w:sz w:val="48"/>
          <w:szCs w:val="48"/>
        </w:rPr>
        <w:t>Sign It</w:t>
      </w:r>
    </w:p>
    <w:p w14:paraId="76A5CFB4" w14:textId="254A5611" w:rsidR="00D81BA1" w:rsidRPr="00BF53FA" w:rsidRDefault="00000000">
      <w:pPr>
        <w:rPr>
          <w:rFonts w:ascii="Arial" w:hAnsi="Arial" w:cs="Arial"/>
          <w:b/>
          <w:bCs/>
          <w:sz w:val="28"/>
          <w:szCs w:val="28"/>
        </w:rPr>
      </w:pPr>
      <w:r w:rsidRPr="00BF53FA">
        <w:rPr>
          <w:rFonts w:ascii="Arial" w:hAnsi="Arial" w:cs="Arial"/>
          <w:b/>
          <w:bCs/>
          <w:sz w:val="28"/>
          <w:szCs w:val="28"/>
        </w:rPr>
        <w:t>Your Name</w:t>
      </w:r>
    </w:p>
    <w:sectPr w:rsidR="00D81BA1" w:rsidRPr="00BF53F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panose1 w:val="03060802040406070304"/>
    <w:charset w:val="86"/>
    <w:family w:val="script"/>
    <w:pitch w:val="variable"/>
    <w:sig w:usb0="00000001" w:usb1="080E0000" w:usb2="00000010" w:usb3="00000000" w:csb0="0025003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13632892">
    <w:abstractNumId w:val="8"/>
  </w:num>
  <w:num w:numId="2" w16cid:durableId="691220995">
    <w:abstractNumId w:val="6"/>
  </w:num>
  <w:num w:numId="3" w16cid:durableId="1086420759">
    <w:abstractNumId w:val="5"/>
  </w:num>
  <w:num w:numId="4" w16cid:durableId="562106435">
    <w:abstractNumId w:val="4"/>
  </w:num>
  <w:num w:numId="5" w16cid:durableId="81028622">
    <w:abstractNumId w:val="7"/>
  </w:num>
  <w:num w:numId="6" w16cid:durableId="1018581676">
    <w:abstractNumId w:val="3"/>
  </w:num>
  <w:num w:numId="7" w16cid:durableId="1122849610">
    <w:abstractNumId w:val="2"/>
  </w:num>
  <w:num w:numId="8" w16cid:durableId="276718162">
    <w:abstractNumId w:val="1"/>
  </w:num>
  <w:num w:numId="9" w16cid:durableId="1332293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471CB"/>
    <w:rsid w:val="0015074B"/>
    <w:rsid w:val="0029639D"/>
    <w:rsid w:val="00320F45"/>
    <w:rsid w:val="00326F90"/>
    <w:rsid w:val="00AA1D8D"/>
    <w:rsid w:val="00B47730"/>
    <w:rsid w:val="00BF53FA"/>
    <w:rsid w:val="00CB0664"/>
    <w:rsid w:val="00D81BA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24667C"/>
  <w14:defaultImageDpi w14:val="300"/>
  <w15:docId w15:val="{C166318F-EA9F-9C42-A13F-582908CBF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Adam Wheat</cp:lastModifiedBy>
  <cp:revision>2</cp:revision>
  <dcterms:created xsi:type="dcterms:W3CDTF">2013-12-23T23:15:00Z</dcterms:created>
  <dcterms:modified xsi:type="dcterms:W3CDTF">2026-06-04T21:27:00Z</dcterms:modified>
  <cp:category/>
</cp:coreProperties>
</file>