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4C3F7" w14:textId="443C1BB9" w:rsidR="00931B78" w:rsidRPr="00B9238E" w:rsidRDefault="00000000" w:rsidP="00B9238E">
      <w:pPr>
        <w:spacing w:after="0"/>
        <w:rPr>
          <w:color w:val="31849B" w:themeColor="accent5" w:themeShade="BF"/>
          <w:sz w:val="32"/>
          <w:szCs w:val="32"/>
        </w:rPr>
      </w:pPr>
      <w:r w:rsidRPr="00B9238E">
        <w:rPr>
          <w:b/>
          <w:color w:val="31849B" w:themeColor="accent5" w:themeShade="BF"/>
          <w:sz w:val="52"/>
          <w:szCs w:val="32"/>
        </w:rPr>
        <w:t>YOUR NAME</w:t>
      </w:r>
      <w:r w:rsidR="00ED7B2C">
        <w:rPr>
          <w:b/>
          <w:color w:val="31849B" w:themeColor="accent5" w:themeShade="BF"/>
          <w:sz w:val="52"/>
          <w:szCs w:val="32"/>
        </w:rPr>
        <w:t xml:space="preserve"> SHOULD BE LARGE</w:t>
      </w:r>
    </w:p>
    <w:p w14:paraId="47C77F82" w14:textId="36DE0361" w:rsidR="00931B78" w:rsidRPr="00B9238E" w:rsidRDefault="00000000">
      <w:pPr>
        <w:rPr>
          <w:sz w:val="20"/>
          <w:szCs w:val="20"/>
        </w:rPr>
      </w:pPr>
      <w:r w:rsidRPr="00B9238E">
        <w:rPr>
          <w:i/>
          <w:iCs/>
          <w:sz w:val="20"/>
          <w:szCs w:val="20"/>
        </w:rPr>
        <w:t>City, State</w:t>
      </w:r>
      <w:r w:rsidRPr="00B9238E">
        <w:rPr>
          <w:sz w:val="20"/>
          <w:szCs w:val="20"/>
        </w:rPr>
        <w:t xml:space="preserve"> </w:t>
      </w:r>
      <w:r w:rsidRPr="00B9238E">
        <w:rPr>
          <w:b/>
          <w:bCs/>
          <w:color w:val="31849B" w:themeColor="accent5" w:themeShade="BF"/>
          <w:sz w:val="20"/>
          <w:szCs w:val="20"/>
        </w:rPr>
        <w:t>|</w:t>
      </w:r>
      <w:r w:rsidRPr="00B9238E">
        <w:rPr>
          <w:sz w:val="20"/>
          <w:szCs w:val="20"/>
        </w:rPr>
        <w:t xml:space="preserve"> </w:t>
      </w:r>
      <w:r w:rsidRPr="00B9238E">
        <w:rPr>
          <w:i/>
          <w:iCs/>
          <w:sz w:val="20"/>
          <w:szCs w:val="20"/>
        </w:rPr>
        <w:t>Phone</w:t>
      </w:r>
      <w:r w:rsidRPr="00B9238E">
        <w:rPr>
          <w:sz w:val="20"/>
          <w:szCs w:val="20"/>
        </w:rPr>
        <w:t xml:space="preserve"> </w:t>
      </w:r>
      <w:r w:rsidRPr="00B9238E">
        <w:rPr>
          <w:b/>
          <w:bCs/>
          <w:color w:val="31849B" w:themeColor="accent5" w:themeShade="BF"/>
          <w:sz w:val="20"/>
          <w:szCs w:val="20"/>
        </w:rPr>
        <w:t>|</w:t>
      </w:r>
      <w:r w:rsidRPr="00B9238E">
        <w:rPr>
          <w:sz w:val="20"/>
          <w:szCs w:val="20"/>
        </w:rPr>
        <w:t xml:space="preserve"> </w:t>
      </w:r>
      <w:r w:rsidRPr="00B9238E">
        <w:rPr>
          <w:i/>
          <w:iCs/>
          <w:sz w:val="20"/>
          <w:szCs w:val="20"/>
        </w:rPr>
        <w:t>Email</w:t>
      </w:r>
      <w:r w:rsidRPr="00B9238E">
        <w:rPr>
          <w:sz w:val="20"/>
          <w:szCs w:val="20"/>
        </w:rPr>
        <w:t xml:space="preserve"> </w:t>
      </w:r>
      <w:r w:rsidRPr="00B9238E">
        <w:rPr>
          <w:b/>
          <w:bCs/>
          <w:color w:val="31849B" w:themeColor="accent5" w:themeShade="BF"/>
          <w:sz w:val="20"/>
          <w:szCs w:val="20"/>
        </w:rPr>
        <w:t>|</w:t>
      </w:r>
      <w:r w:rsidRPr="00B9238E">
        <w:rPr>
          <w:sz w:val="20"/>
          <w:szCs w:val="20"/>
        </w:rPr>
        <w:t xml:space="preserve"> </w:t>
      </w:r>
      <w:r w:rsidRPr="00B9238E">
        <w:rPr>
          <w:i/>
          <w:iCs/>
          <w:sz w:val="20"/>
          <w:szCs w:val="20"/>
        </w:rPr>
        <w:t>LinkedIn</w:t>
      </w:r>
      <w:r w:rsidR="00ED7B2C">
        <w:rPr>
          <w:i/>
          <w:iCs/>
          <w:sz w:val="20"/>
          <w:szCs w:val="20"/>
        </w:rPr>
        <w:t>/Shortened link to portfolio</w:t>
      </w:r>
    </w:p>
    <w:p w14:paraId="1E1CE22D" w14:textId="77777777" w:rsidR="00B9238E" w:rsidRPr="00DB4F23" w:rsidRDefault="00B9238E">
      <w:pPr>
        <w:rPr>
          <w:b/>
          <w:color w:val="31849B" w:themeColor="accent5" w:themeShade="BF"/>
          <w:sz w:val="8"/>
          <w:szCs w:val="8"/>
        </w:rPr>
      </w:pPr>
    </w:p>
    <w:p w14:paraId="4B7371B2" w14:textId="6D146AA5" w:rsidR="00931B78" w:rsidRPr="00DB4F23" w:rsidRDefault="00000000" w:rsidP="00DB4F23">
      <w:pPr>
        <w:spacing w:after="0"/>
        <w:rPr>
          <w:color w:val="31849B" w:themeColor="accent5" w:themeShade="BF"/>
          <w:sz w:val="28"/>
          <w:szCs w:val="28"/>
        </w:rPr>
      </w:pPr>
      <w:r w:rsidRPr="00DB4F23">
        <w:rPr>
          <w:b/>
          <w:color w:val="31849B" w:themeColor="accent5" w:themeShade="BF"/>
          <w:sz w:val="28"/>
          <w:szCs w:val="28"/>
        </w:rPr>
        <w:t>EDUCATION</w:t>
      </w:r>
      <w:r w:rsidR="00B44B6E">
        <w:rPr>
          <w:b/>
          <w:color w:val="31849B" w:themeColor="accent5" w:themeShade="BF"/>
          <w:sz w:val="28"/>
          <w:szCs w:val="28"/>
        </w:rPr>
        <w:t xml:space="preserve"> (</w:t>
      </w:r>
      <w:r w:rsidR="00BB75CA">
        <w:rPr>
          <w:b/>
          <w:color w:val="31849B" w:themeColor="accent5" w:themeShade="BF"/>
          <w:sz w:val="28"/>
          <w:szCs w:val="28"/>
        </w:rPr>
        <w:t>Y</w:t>
      </w:r>
      <w:r w:rsidR="00B44B6E">
        <w:rPr>
          <w:b/>
          <w:color w:val="31849B" w:themeColor="accent5" w:themeShade="BF"/>
          <w:sz w:val="28"/>
          <w:szCs w:val="28"/>
        </w:rPr>
        <w:t>ou can change the color of the headers and lines)</w:t>
      </w:r>
    </w:p>
    <w:p w14:paraId="1F703684" w14:textId="58988709" w:rsidR="00931B78" w:rsidRPr="00DB4F23" w:rsidRDefault="00000000" w:rsidP="00B9238E">
      <w:pPr>
        <w:spacing w:after="0"/>
        <w:rPr>
          <w:sz w:val="20"/>
          <w:szCs w:val="20"/>
        </w:rPr>
      </w:pPr>
      <w:r w:rsidRPr="00DB4F23">
        <w:rPr>
          <w:b/>
          <w:bCs/>
          <w:sz w:val="20"/>
          <w:szCs w:val="20"/>
        </w:rPr>
        <w:t xml:space="preserve">Bachelor of </w:t>
      </w:r>
      <w:r w:rsidR="00B9238E" w:rsidRPr="00DB4F23">
        <w:rPr>
          <w:b/>
          <w:bCs/>
          <w:sz w:val="20"/>
          <w:szCs w:val="20"/>
        </w:rPr>
        <w:t>Arts/Science</w:t>
      </w:r>
      <w:r w:rsidRPr="00DB4F23">
        <w:rPr>
          <w:b/>
          <w:bCs/>
          <w:sz w:val="20"/>
          <w:szCs w:val="20"/>
        </w:rPr>
        <w:t xml:space="preserve"> in ___</w:t>
      </w:r>
    </w:p>
    <w:p w14:paraId="7396B788" w14:textId="4F31B1CF" w:rsidR="00B9238E" w:rsidRPr="00DB4F23" w:rsidRDefault="00B9238E" w:rsidP="00B9238E">
      <w:pPr>
        <w:spacing w:after="0"/>
        <w:rPr>
          <w:i/>
          <w:iCs/>
          <w:sz w:val="20"/>
          <w:szCs w:val="20"/>
        </w:rPr>
      </w:pPr>
      <w:r w:rsidRPr="00DB4F23">
        <w:rPr>
          <w:sz w:val="20"/>
          <w:szCs w:val="20"/>
        </w:rPr>
        <w:t>University</w:t>
      </w:r>
      <w:r w:rsidR="00DB4F23">
        <w:rPr>
          <w:sz w:val="20"/>
          <w:szCs w:val="20"/>
        </w:rPr>
        <w:t xml:space="preserve"> – </w:t>
      </w:r>
      <w:r w:rsidRPr="00DB4F23">
        <w:rPr>
          <w:i/>
          <w:iCs/>
          <w:sz w:val="20"/>
          <w:szCs w:val="20"/>
        </w:rPr>
        <w:t>City, State</w:t>
      </w:r>
      <w:r w:rsidRPr="00DB4F23">
        <w:rPr>
          <w:i/>
          <w:iCs/>
          <w:sz w:val="20"/>
          <w:szCs w:val="20"/>
        </w:rPr>
        <w:t xml:space="preserve"> </w:t>
      </w:r>
      <w:r w:rsidRPr="00DB4F23">
        <w:rPr>
          <w:b/>
          <w:bCs/>
          <w:i/>
          <w:iCs/>
          <w:color w:val="31849B" w:themeColor="accent5" w:themeShade="BF"/>
          <w:sz w:val="20"/>
          <w:szCs w:val="20"/>
        </w:rPr>
        <w:t>|</w:t>
      </w:r>
      <w:r w:rsidRPr="00DB4F23">
        <w:rPr>
          <w:i/>
          <w:iCs/>
          <w:sz w:val="20"/>
          <w:szCs w:val="20"/>
        </w:rPr>
        <w:t xml:space="preserve"> </w:t>
      </w:r>
      <w:r w:rsidRPr="00DB4F23">
        <w:rPr>
          <w:i/>
          <w:iCs/>
          <w:sz w:val="20"/>
          <w:szCs w:val="20"/>
        </w:rPr>
        <w:t>Month 20XX-Month 20XX (expected)</w:t>
      </w:r>
    </w:p>
    <w:p w14:paraId="23A6FEF1" w14:textId="77777777" w:rsidR="00B9238E" w:rsidRPr="00DB4F23" w:rsidRDefault="00B9238E" w:rsidP="00B9238E">
      <w:pPr>
        <w:spacing w:after="0"/>
        <w:rPr>
          <w:sz w:val="18"/>
          <w:szCs w:val="18"/>
        </w:rPr>
      </w:pPr>
      <w:r w:rsidRPr="00DB4F23">
        <w:rPr>
          <w:sz w:val="18"/>
          <w:szCs w:val="18"/>
        </w:rPr>
        <w:t>•</w:t>
      </w:r>
      <w:r w:rsidRPr="00DB4F23">
        <w:rPr>
          <w:sz w:val="18"/>
          <w:szCs w:val="18"/>
        </w:rPr>
        <w:t xml:space="preserve"> </w:t>
      </w:r>
      <w:r w:rsidR="00000000" w:rsidRPr="00DB4F23">
        <w:rPr>
          <w:sz w:val="18"/>
          <w:szCs w:val="18"/>
        </w:rPr>
        <w:t>GPA: X.XX (if 3.0+)</w:t>
      </w:r>
    </w:p>
    <w:p w14:paraId="2EE83AB3" w14:textId="49899F93" w:rsidR="00931B78" w:rsidRPr="00DB4F23" w:rsidRDefault="00B9238E" w:rsidP="00B9238E">
      <w:pPr>
        <w:spacing w:after="0"/>
        <w:rPr>
          <w:sz w:val="18"/>
          <w:szCs w:val="18"/>
        </w:rPr>
      </w:pPr>
      <w:r w:rsidRPr="00DB4F23">
        <w:rPr>
          <w:sz w:val="18"/>
          <w:szCs w:val="18"/>
        </w:rPr>
        <w:t>•</w:t>
      </w:r>
      <w:r w:rsidRPr="00DB4F23">
        <w:rPr>
          <w:sz w:val="18"/>
          <w:szCs w:val="18"/>
        </w:rPr>
        <w:t xml:space="preserve"> </w:t>
      </w:r>
      <w:r w:rsidR="00000000" w:rsidRPr="00DB4F23">
        <w:rPr>
          <w:sz w:val="18"/>
          <w:szCs w:val="18"/>
        </w:rPr>
        <w:t>Honors</w:t>
      </w:r>
      <w:r w:rsidR="00ED7B2C">
        <w:rPr>
          <w:sz w:val="18"/>
          <w:szCs w:val="18"/>
        </w:rPr>
        <w:t>/Awards/National Organizations</w:t>
      </w:r>
    </w:p>
    <w:p w14:paraId="045F1A20" w14:textId="0B736D65" w:rsidR="00B9238E" w:rsidRPr="00DB4F23" w:rsidRDefault="00B9238E" w:rsidP="00B9238E">
      <w:pPr>
        <w:spacing w:after="0"/>
        <w:rPr>
          <w:sz w:val="18"/>
          <w:szCs w:val="18"/>
        </w:rPr>
      </w:pPr>
      <w:r w:rsidRPr="00DB4F23">
        <w:rPr>
          <w:sz w:val="18"/>
          <w:szCs w:val="18"/>
        </w:rPr>
        <w:t>•</w:t>
      </w:r>
      <w:r w:rsidRPr="00DB4F23">
        <w:rPr>
          <w:sz w:val="18"/>
          <w:szCs w:val="18"/>
        </w:rPr>
        <w:t xml:space="preserve"> Relevant Coursework:</w:t>
      </w:r>
      <w:r w:rsidR="00ED7B2C">
        <w:rPr>
          <w:sz w:val="18"/>
          <w:szCs w:val="18"/>
        </w:rPr>
        <w:t xml:space="preserve"> Class Title, Class Title, Class Title</w:t>
      </w:r>
    </w:p>
    <w:p w14:paraId="1E20A937" w14:textId="77777777" w:rsidR="00931B78" w:rsidRPr="00DB4F23" w:rsidRDefault="00931B78" w:rsidP="00B9238E">
      <w:pPr>
        <w:spacing w:after="0"/>
        <w:rPr>
          <w:sz w:val="24"/>
          <w:szCs w:val="24"/>
        </w:rPr>
      </w:pPr>
    </w:p>
    <w:p w14:paraId="660861B2" w14:textId="77777777" w:rsidR="00931B78" w:rsidRPr="00DB4F23" w:rsidRDefault="00000000" w:rsidP="00DB4F23">
      <w:pPr>
        <w:spacing w:after="0"/>
        <w:rPr>
          <w:color w:val="31849B" w:themeColor="accent5" w:themeShade="BF"/>
          <w:sz w:val="28"/>
          <w:szCs w:val="28"/>
        </w:rPr>
      </w:pPr>
      <w:r w:rsidRPr="00DB4F23">
        <w:rPr>
          <w:b/>
          <w:color w:val="31849B" w:themeColor="accent5" w:themeShade="BF"/>
          <w:sz w:val="28"/>
          <w:szCs w:val="28"/>
        </w:rPr>
        <w:t>RELEVANT EXPERIENCE / PROJECTS</w:t>
      </w:r>
    </w:p>
    <w:p w14:paraId="496F982D" w14:textId="5D076689" w:rsidR="00B9238E" w:rsidRPr="00B9238E" w:rsidRDefault="00B9238E" w:rsidP="00B9238E">
      <w:pPr>
        <w:spacing w:after="0"/>
        <w:rPr>
          <w:sz w:val="20"/>
          <w:szCs w:val="20"/>
        </w:rPr>
      </w:pPr>
      <w:r w:rsidRPr="00B9238E">
        <w:rPr>
          <w:b/>
          <w:bCs/>
          <w:sz w:val="20"/>
          <w:szCs w:val="20"/>
        </w:rPr>
        <w:t>Project/Job Title</w:t>
      </w:r>
      <w:r w:rsidR="00CE42C3">
        <w:rPr>
          <w:b/>
          <w:bCs/>
          <w:sz w:val="20"/>
          <w:szCs w:val="20"/>
        </w:rPr>
        <w:t xml:space="preserve"> (can include internships, part-time work, research, or even class projects)</w:t>
      </w:r>
    </w:p>
    <w:p w14:paraId="592DD32F" w14:textId="4AB737B4" w:rsidR="00B9238E" w:rsidRDefault="00B9238E" w:rsidP="00B9238E">
      <w:pPr>
        <w:spacing w:after="0"/>
        <w:rPr>
          <w:i/>
          <w:iCs/>
          <w:sz w:val="20"/>
          <w:szCs w:val="20"/>
        </w:rPr>
      </w:pPr>
      <w:r w:rsidRPr="00B9238E">
        <w:rPr>
          <w:sz w:val="20"/>
          <w:szCs w:val="20"/>
        </w:rPr>
        <w:t>Organization</w:t>
      </w:r>
      <w:r w:rsidRPr="00B9238E">
        <w:rPr>
          <w:sz w:val="20"/>
          <w:szCs w:val="20"/>
        </w:rPr>
        <w:t xml:space="preserve"> </w:t>
      </w:r>
      <w:r w:rsidR="00DB4F23">
        <w:rPr>
          <w:sz w:val="20"/>
          <w:szCs w:val="20"/>
        </w:rPr>
        <w:t xml:space="preserve">– </w:t>
      </w:r>
      <w:r w:rsidRPr="00B9238E">
        <w:rPr>
          <w:i/>
          <w:iCs/>
          <w:sz w:val="20"/>
          <w:szCs w:val="20"/>
        </w:rPr>
        <w:t xml:space="preserve">City, State </w:t>
      </w:r>
      <w:r w:rsidRPr="00B9238E">
        <w:rPr>
          <w:b/>
          <w:bCs/>
          <w:i/>
          <w:iCs/>
          <w:color w:val="31849B" w:themeColor="accent5" w:themeShade="BF"/>
          <w:sz w:val="20"/>
          <w:szCs w:val="20"/>
        </w:rPr>
        <w:t>|</w:t>
      </w:r>
      <w:r w:rsidRPr="00B9238E">
        <w:rPr>
          <w:i/>
          <w:iCs/>
          <w:sz w:val="20"/>
          <w:szCs w:val="20"/>
        </w:rPr>
        <w:t xml:space="preserve"> Month 20XX-Month 20XX </w:t>
      </w:r>
    </w:p>
    <w:p w14:paraId="6ECE6B62" w14:textId="77777777" w:rsidR="00DB4F23" w:rsidRPr="00DB4F23" w:rsidRDefault="00DB4F23" w:rsidP="00B9238E">
      <w:pPr>
        <w:spacing w:after="0"/>
        <w:rPr>
          <w:i/>
          <w:iCs/>
          <w:sz w:val="8"/>
          <w:szCs w:val="8"/>
        </w:rPr>
      </w:pPr>
    </w:p>
    <w:p w14:paraId="4E0B8DF0" w14:textId="11B0A9AC" w:rsidR="00B9238E" w:rsidRDefault="00B9238E" w:rsidP="00B9238E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 xml:space="preserve">• </w:t>
      </w:r>
      <w:r w:rsidR="00ED7B2C">
        <w:rPr>
          <w:sz w:val="18"/>
          <w:szCs w:val="18"/>
        </w:rPr>
        <w:t>Start with an a</w:t>
      </w:r>
      <w:r w:rsidRPr="00B9238E">
        <w:rPr>
          <w:sz w:val="18"/>
          <w:szCs w:val="18"/>
        </w:rPr>
        <w:t>ction verb</w:t>
      </w:r>
      <w:r w:rsidRPr="00B9238E">
        <w:rPr>
          <w:sz w:val="18"/>
          <w:szCs w:val="18"/>
        </w:rPr>
        <w:t xml:space="preserve"> (past tense)</w:t>
      </w:r>
      <w:r w:rsidRPr="00B9238E">
        <w:rPr>
          <w:sz w:val="18"/>
          <w:szCs w:val="18"/>
        </w:rPr>
        <w:t xml:space="preserve"> + task + </w:t>
      </w:r>
      <w:r w:rsidR="00ED7B2C">
        <w:rPr>
          <w:sz w:val="18"/>
          <w:szCs w:val="18"/>
        </w:rPr>
        <w:t xml:space="preserve">industry standard </w:t>
      </w:r>
      <w:r w:rsidRPr="00B9238E">
        <w:rPr>
          <w:sz w:val="18"/>
          <w:szCs w:val="18"/>
        </w:rPr>
        <w:t>tools + result</w:t>
      </w:r>
      <w:r w:rsidR="00CE42C3">
        <w:rPr>
          <w:sz w:val="18"/>
          <w:szCs w:val="18"/>
        </w:rPr>
        <w:t>.</w:t>
      </w:r>
    </w:p>
    <w:p w14:paraId="15EC6BC0" w14:textId="71394678" w:rsidR="00CE42C3" w:rsidRDefault="00CE42C3" w:rsidP="00B9238E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 xml:space="preserve">• </w:t>
      </w:r>
      <w:r>
        <w:rPr>
          <w:sz w:val="18"/>
          <w:szCs w:val="18"/>
        </w:rPr>
        <w:t>Include numbers where you can, which can show scope, age, percentage change, team membership, etc.</w:t>
      </w:r>
    </w:p>
    <w:p w14:paraId="7318F076" w14:textId="3AC00995" w:rsidR="00CE42C3" w:rsidRPr="00B9238E" w:rsidRDefault="00CE42C3" w:rsidP="00B9238E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 xml:space="preserve">• </w:t>
      </w:r>
      <w:r>
        <w:rPr>
          <w:sz w:val="18"/>
          <w:szCs w:val="18"/>
        </w:rPr>
        <w:t>Focus on impact and results, not just tasks (see below).</w:t>
      </w:r>
    </w:p>
    <w:p w14:paraId="48E431FF" w14:textId="77777777" w:rsidR="00B9238E" w:rsidRPr="00CD650D" w:rsidRDefault="00B9238E" w:rsidP="00B9238E">
      <w:pPr>
        <w:spacing w:after="0"/>
        <w:rPr>
          <w:sz w:val="20"/>
          <w:szCs w:val="20"/>
        </w:rPr>
      </w:pPr>
    </w:p>
    <w:p w14:paraId="21BD4FAF" w14:textId="77777777" w:rsidR="00B9238E" w:rsidRPr="00B9238E" w:rsidRDefault="00B9238E" w:rsidP="00B9238E">
      <w:pPr>
        <w:spacing w:after="0"/>
        <w:rPr>
          <w:sz w:val="20"/>
          <w:szCs w:val="20"/>
        </w:rPr>
      </w:pPr>
      <w:r w:rsidRPr="00B9238E">
        <w:rPr>
          <w:b/>
          <w:bCs/>
          <w:sz w:val="20"/>
          <w:szCs w:val="20"/>
        </w:rPr>
        <w:t>Project/Job Title</w:t>
      </w:r>
    </w:p>
    <w:p w14:paraId="76A6B6AD" w14:textId="6D08F749" w:rsidR="00B9238E" w:rsidRDefault="00B9238E" w:rsidP="00B9238E">
      <w:pPr>
        <w:spacing w:after="0"/>
        <w:rPr>
          <w:i/>
          <w:iCs/>
          <w:sz w:val="20"/>
          <w:szCs w:val="20"/>
        </w:rPr>
      </w:pPr>
      <w:r w:rsidRPr="00B9238E">
        <w:rPr>
          <w:sz w:val="20"/>
          <w:szCs w:val="20"/>
        </w:rPr>
        <w:t xml:space="preserve">Organization </w:t>
      </w:r>
      <w:r w:rsidR="00DB4F23">
        <w:rPr>
          <w:sz w:val="20"/>
          <w:szCs w:val="20"/>
        </w:rPr>
        <w:t xml:space="preserve">– </w:t>
      </w:r>
      <w:r w:rsidRPr="00B9238E">
        <w:rPr>
          <w:i/>
          <w:iCs/>
          <w:sz w:val="20"/>
          <w:szCs w:val="20"/>
        </w:rPr>
        <w:t xml:space="preserve">City, State </w:t>
      </w:r>
      <w:r w:rsidRPr="00B9238E">
        <w:rPr>
          <w:b/>
          <w:bCs/>
          <w:i/>
          <w:iCs/>
          <w:color w:val="31849B" w:themeColor="accent5" w:themeShade="BF"/>
          <w:sz w:val="20"/>
          <w:szCs w:val="20"/>
        </w:rPr>
        <w:t>|</w:t>
      </w:r>
      <w:r w:rsidRPr="00B9238E">
        <w:rPr>
          <w:i/>
          <w:iCs/>
          <w:sz w:val="20"/>
          <w:szCs w:val="20"/>
        </w:rPr>
        <w:t xml:space="preserve"> Month 20XX-Month 20XX </w:t>
      </w:r>
    </w:p>
    <w:p w14:paraId="4A8285B5" w14:textId="77777777" w:rsidR="00DB4F23" w:rsidRPr="00DB4F23" w:rsidRDefault="00DB4F23" w:rsidP="00B9238E">
      <w:pPr>
        <w:spacing w:after="0"/>
        <w:rPr>
          <w:i/>
          <w:iCs/>
          <w:sz w:val="8"/>
          <w:szCs w:val="8"/>
        </w:rPr>
      </w:pPr>
    </w:p>
    <w:p w14:paraId="29EE735A" w14:textId="77777777" w:rsidR="00CE42C3" w:rsidRPr="00B9238E" w:rsidRDefault="00CE42C3" w:rsidP="00CE42C3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>• Instead of: “Managed customer questions” → “Managed 20</w:t>
      </w:r>
      <w:r>
        <w:rPr>
          <w:sz w:val="18"/>
          <w:szCs w:val="18"/>
        </w:rPr>
        <w:t>-</w:t>
      </w:r>
      <w:r w:rsidRPr="00B9238E">
        <w:rPr>
          <w:sz w:val="18"/>
          <w:szCs w:val="18"/>
        </w:rPr>
        <w:t>30 weekly customer inquiries regarding scheduling and event logistics, improving response efficiency and client satisfaction.”</w:t>
      </w:r>
    </w:p>
    <w:p w14:paraId="3BCC0BED" w14:textId="77777777" w:rsidR="00CE42C3" w:rsidRPr="00B9238E" w:rsidRDefault="00CE42C3" w:rsidP="00CE42C3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>• Instead of: “Developed organizational skills” → “Organized scheduling and payment systems for 50+ clients, ensuring accurate records and timely communication.”</w:t>
      </w:r>
    </w:p>
    <w:p w14:paraId="77E8316E" w14:textId="77777777" w:rsidR="00B9238E" w:rsidRPr="00CD650D" w:rsidRDefault="00B9238E" w:rsidP="00B9238E">
      <w:pPr>
        <w:spacing w:after="0"/>
        <w:rPr>
          <w:sz w:val="20"/>
          <w:szCs w:val="20"/>
        </w:rPr>
      </w:pPr>
    </w:p>
    <w:p w14:paraId="5CAB385D" w14:textId="77777777" w:rsidR="00B9238E" w:rsidRPr="00B9238E" w:rsidRDefault="00B9238E" w:rsidP="00B9238E">
      <w:pPr>
        <w:spacing w:after="0"/>
        <w:rPr>
          <w:sz w:val="20"/>
          <w:szCs w:val="20"/>
        </w:rPr>
      </w:pPr>
      <w:r w:rsidRPr="00B9238E">
        <w:rPr>
          <w:b/>
          <w:bCs/>
          <w:sz w:val="20"/>
          <w:szCs w:val="20"/>
        </w:rPr>
        <w:t>Project/Job Title</w:t>
      </w:r>
    </w:p>
    <w:p w14:paraId="2F9E279F" w14:textId="25BDD868" w:rsidR="00B9238E" w:rsidRPr="00DB4F23" w:rsidRDefault="00B9238E" w:rsidP="00B9238E">
      <w:pPr>
        <w:spacing w:after="0"/>
        <w:rPr>
          <w:i/>
          <w:iCs/>
          <w:sz w:val="8"/>
          <w:szCs w:val="8"/>
        </w:rPr>
      </w:pPr>
      <w:r w:rsidRPr="00B9238E">
        <w:rPr>
          <w:sz w:val="20"/>
          <w:szCs w:val="20"/>
        </w:rPr>
        <w:t>Organization</w:t>
      </w:r>
      <w:r w:rsidR="00DB4F23">
        <w:rPr>
          <w:sz w:val="20"/>
          <w:szCs w:val="20"/>
        </w:rPr>
        <w:t xml:space="preserve"> – </w:t>
      </w:r>
      <w:r w:rsidRPr="00B9238E">
        <w:rPr>
          <w:i/>
          <w:iCs/>
          <w:sz w:val="20"/>
          <w:szCs w:val="20"/>
        </w:rPr>
        <w:t xml:space="preserve">City, State </w:t>
      </w:r>
      <w:r w:rsidRPr="00B9238E">
        <w:rPr>
          <w:b/>
          <w:bCs/>
          <w:i/>
          <w:iCs/>
          <w:color w:val="31849B" w:themeColor="accent5" w:themeShade="BF"/>
          <w:sz w:val="20"/>
          <w:szCs w:val="20"/>
        </w:rPr>
        <w:t>|</w:t>
      </w:r>
      <w:r w:rsidRPr="00B9238E">
        <w:rPr>
          <w:i/>
          <w:iCs/>
          <w:sz w:val="20"/>
          <w:szCs w:val="20"/>
        </w:rPr>
        <w:t xml:space="preserve"> Month 20XX-Month 20XX </w:t>
      </w:r>
      <w:r w:rsidR="00DB4F23">
        <w:rPr>
          <w:i/>
          <w:iCs/>
          <w:sz w:val="20"/>
          <w:szCs w:val="20"/>
        </w:rPr>
        <w:br/>
      </w:r>
    </w:p>
    <w:p w14:paraId="6162BE73" w14:textId="77777777" w:rsidR="00B9238E" w:rsidRPr="00B9238E" w:rsidRDefault="00B9238E" w:rsidP="00B9238E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>• Action verb (past tense) + task + tools + result</w:t>
      </w:r>
    </w:p>
    <w:p w14:paraId="24312AC1" w14:textId="749C282A" w:rsidR="00B9238E" w:rsidRPr="00B9238E" w:rsidRDefault="00B9238E" w:rsidP="00B9238E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>• Instead of: “Managed customer questions” → “Managed 20</w:t>
      </w:r>
      <w:r w:rsidR="00DB4F23">
        <w:rPr>
          <w:sz w:val="18"/>
          <w:szCs w:val="18"/>
        </w:rPr>
        <w:t>-</w:t>
      </w:r>
      <w:r w:rsidRPr="00B9238E">
        <w:rPr>
          <w:sz w:val="18"/>
          <w:szCs w:val="18"/>
        </w:rPr>
        <w:t>30 weekly customer inquiries regarding scheduling and event logistics, improving response efficiency and client satisfaction.”</w:t>
      </w:r>
    </w:p>
    <w:p w14:paraId="0D41F3F3" w14:textId="77777777" w:rsidR="00B9238E" w:rsidRPr="00B9238E" w:rsidRDefault="00B9238E" w:rsidP="00B9238E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>• Instead of: “Developed organizational skills” → “Organized scheduling and payment systems for 50+ clients, ensuring accurate records and timely communication.”</w:t>
      </w:r>
    </w:p>
    <w:p w14:paraId="7FE704AC" w14:textId="77777777" w:rsidR="00B9238E" w:rsidRPr="00DB4F23" w:rsidRDefault="00B9238E" w:rsidP="00DB4F23">
      <w:pPr>
        <w:spacing w:after="0"/>
        <w:rPr>
          <w:sz w:val="24"/>
          <w:szCs w:val="24"/>
        </w:rPr>
      </w:pPr>
    </w:p>
    <w:p w14:paraId="57033649" w14:textId="342AB2E8" w:rsidR="00931B78" w:rsidRPr="00DB4F23" w:rsidRDefault="00DB4F23" w:rsidP="00DB4F23">
      <w:pPr>
        <w:spacing w:after="0"/>
        <w:rPr>
          <w:color w:val="31849B" w:themeColor="accent5" w:themeShade="BF"/>
          <w:sz w:val="28"/>
          <w:szCs w:val="28"/>
        </w:rPr>
      </w:pPr>
      <w:r w:rsidRPr="00DB4F23">
        <w:rPr>
          <w:b/>
          <w:color w:val="31849B" w:themeColor="accent5" w:themeShade="BF"/>
          <w:sz w:val="28"/>
          <w:szCs w:val="28"/>
        </w:rPr>
        <w:t>LEADERSHIP &amp; SERVICE</w:t>
      </w:r>
    </w:p>
    <w:p w14:paraId="27DE2E02" w14:textId="7522BC83" w:rsidR="00DB4F23" w:rsidRPr="00CE42C3" w:rsidRDefault="00DB4F23" w:rsidP="00DB4F23">
      <w:pPr>
        <w:spacing w:after="0"/>
        <w:rPr>
          <w:b/>
          <w:bCs/>
          <w:sz w:val="20"/>
          <w:szCs w:val="20"/>
        </w:rPr>
      </w:pPr>
      <w:r w:rsidRPr="00B9238E">
        <w:rPr>
          <w:b/>
          <w:bCs/>
          <w:sz w:val="20"/>
          <w:szCs w:val="20"/>
        </w:rPr>
        <w:t>Title</w:t>
      </w:r>
      <w:r w:rsidR="00CE42C3">
        <w:rPr>
          <w:b/>
          <w:bCs/>
          <w:sz w:val="20"/>
          <w:szCs w:val="20"/>
        </w:rPr>
        <w:t xml:space="preserve"> (can include c</w:t>
      </w:r>
      <w:r w:rsidR="00CE42C3" w:rsidRPr="00CE42C3">
        <w:rPr>
          <w:b/>
          <w:bCs/>
          <w:sz w:val="20"/>
          <w:szCs w:val="20"/>
        </w:rPr>
        <w:t>lubs, volunteer work, athletics, or leadership roles</w:t>
      </w:r>
      <w:r w:rsidR="00CE42C3">
        <w:rPr>
          <w:b/>
          <w:bCs/>
          <w:sz w:val="20"/>
          <w:szCs w:val="20"/>
        </w:rPr>
        <w:t>)</w:t>
      </w:r>
      <w:r>
        <w:rPr>
          <w:sz w:val="20"/>
          <w:szCs w:val="20"/>
        </w:rPr>
        <w:t xml:space="preserve"> – </w:t>
      </w:r>
      <w:r w:rsidRPr="00B9238E">
        <w:rPr>
          <w:sz w:val="20"/>
          <w:szCs w:val="20"/>
        </w:rPr>
        <w:t>Organization</w:t>
      </w:r>
      <w:r>
        <w:rPr>
          <w:sz w:val="20"/>
          <w:szCs w:val="20"/>
        </w:rPr>
        <w:t xml:space="preserve"> </w:t>
      </w:r>
      <w:r w:rsidRPr="00B9238E">
        <w:rPr>
          <w:b/>
          <w:bCs/>
          <w:i/>
          <w:iCs/>
          <w:color w:val="31849B" w:themeColor="accent5" w:themeShade="BF"/>
          <w:sz w:val="20"/>
          <w:szCs w:val="20"/>
        </w:rPr>
        <w:t>|</w:t>
      </w:r>
      <w:r w:rsidRPr="00B9238E">
        <w:rPr>
          <w:i/>
          <w:iCs/>
          <w:sz w:val="20"/>
          <w:szCs w:val="20"/>
        </w:rPr>
        <w:t xml:space="preserve"> Month 20XX-Month 20XX </w:t>
      </w:r>
    </w:p>
    <w:p w14:paraId="7588BE4E" w14:textId="1C795666" w:rsidR="00931B78" w:rsidRPr="00DB4F23" w:rsidRDefault="00DB4F23" w:rsidP="00DB4F23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 xml:space="preserve">• </w:t>
      </w:r>
      <w:r w:rsidRPr="00DB4F23">
        <w:rPr>
          <w:sz w:val="18"/>
          <w:szCs w:val="18"/>
        </w:rPr>
        <w:t>Transferable skills (teamwork, communication)</w:t>
      </w:r>
    </w:p>
    <w:p w14:paraId="7599877D" w14:textId="77777777" w:rsidR="00DB4F23" w:rsidRPr="00DB4F23" w:rsidRDefault="00DB4F23" w:rsidP="00DB4F23">
      <w:pPr>
        <w:spacing w:after="0"/>
        <w:rPr>
          <w:sz w:val="18"/>
          <w:szCs w:val="18"/>
        </w:rPr>
      </w:pPr>
    </w:p>
    <w:p w14:paraId="2F91D226" w14:textId="5C85018E" w:rsidR="00DB4F23" w:rsidRPr="00DB4F23" w:rsidRDefault="00DB4F23" w:rsidP="00DB4F23">
      <w:pPr>
        <w:spacing w:after="0"/>
        <w:rPr>
          <w:sz w:val="20"/>
          <w:szCs w:val="20"/>
        </w:rPr>
      </w:pPr>
      <w:r w:rsidRPr="00B9238E">
        <w:rPr>
          <w:b/>
          <w:bCs/>
          <w:sz w:val="20"/>
          <w:szCs w:val="20"/>
        </w:rPr>
        <w:t>Title</w:t>
      </w:r>
      <w:r>
        <w:rPr>
          <w:sz w:val="20"/>
          <w:szCs w:val="20"/>
        </w:rPr>
        <w:t xml:space="preserve"> – </w:t>
      </w:r>
      <w:r w:rsidRPr="00B9238E">
        <w:rPr>
          <w:sz w:val="20"/>
          <w:szCs w:val="20"/>
        </w:rPr>
        <w:t>Organization</w:t>
      </w:r>
      <w:r>
        <w:rPr>
          <w:sz w:val="20"/>
          <w:szCs w:val="20"/>
        </w:rPr>
        <w:t xml:space="preserve"> </w:t>
      </w:r>
      <w:r w:rsidRPr="00B9238E">
        <w:rPr>
          <w:b/>
          <w:bCs/>
          <w:i/>
          <w:iCs/>
          <w:color w:val="31849B" w:themeColor="accent5" w:themeShade="BF"/>
          <w:sz w:val="20"/>
          <w:szCs w:val="20"/>
        </w:rPr>
        <w:t>|</w:t>
      </w:r>
      <w:r w:rsidRPr="00B9238E">
        <w:rPr>
          <w:i/>
          <w:iCs/>
          <w:sz w:val="20"/>
          <w:szCs w:val="20"/>
        </w:rPr>
        <w:t xml:space="preserve"> Month 20XX-Month 20XX </w:t>
      </w:r>
    </w:p>
    <w:p w14:paraId="0837DA25" w14:textId="77777777" w:rsidR="00DB4F23" w:rsidRPr="00DB4F23" w:rsidRDefault="00DB4F23" w:rsidP="00DB4F23">
      <w:pPr>
        <w:spacing w:after="0"/>
        <w:rPr>
          <w:sz w:val="18"/>
          <w:szCs w:val="18"/>
        </w:rPr>
      </w:pPr>
      <w:r w:rsidRPr="00B9238E">
        <w:rPr>
          <w:sz w:val="18"/>
          <w:szCs w:val="18"/>
        </w:rPr>
        <w:t xml:space="preserve">• </w:t>
      </w:r>
      <w:r w:rsidRPr="00DB4F23">
        <w:rPr>
          <w:sz w:val="18"/>
          <w:szCs w:val="18"/>
        </w:rPr>
        <w:t>Transferable skills (teamwork, communication)</w:t>
      </w:r>
    </w:p>
    <w:p w14:paraId="7EBCE45D" w14:textId="77777777" w:rsidR="00DB4F23" w:rsidRPr="00DB4F23" w:rsidRDefault="00DB4F23" w:rsidP="00DB4F23">
      <w:pPr>
        <w:spacing w:after="0"/>
        <w:rPr>
          <w:sz w:val="24"/>
          <w:szCs w:val="24"/>
        </w:rPr>
      </w:pPr>
    </w:p>
    <w:p w14:paraId="1BF0BCE7" w14:textId="77777777" w:rsidR="00931B78" w:rsidRPr="00DB4F23" w:rsidRDefault="00000000" w:rsidP="00DB4F23">
      <w:pPr>
        <w:spacing w:after="0"/>
        <w:rPr>
          <w:color w:val="31849B" w:themeColor="accent5" w:themeShade="BF"/>
          <w:sz w:val="28"/>
          <w:szCs w:val="28"/>
        </w:rPr>
      </w:pPr>
      <w:r w:rsidRPr="00DB4F23">
        <w:rPr>
          <w:b/>
          <w:color w:val="31849B" w:themeColor="accent5" w:themeShade="BF"/>
          <w:sz w:val="28"/>
          <w:szCs w:val="28"/>
        </w:rPr>
        <w:t>SKILLS</w:t>
      </w:r>
    </w:p>
    <w:p w14:paraId="7D8BA675" w14:textId="64611FD6" w:rsidR="00931B78" w:rsidRPr="00DB4F23" w:rsidRDefault="00000000" w:rsidP="00DB4F23">
      <w:pPr>
        <w:spacing w:after="0"/>
        <w:rPr>
          <w:sz w:val="18"/>
          <w:szCs w:val="18"/>
        </w:rPr>
      </w:pPr>
      <w:r w:rsidRPr="00DB4F23">
        <w:rPr>
          <w:b/>
          <w:bCs/>
          <w:sz w:val="18"/>
          <w:szCs w:val="18"/>
        </w:rPr>
        <w:t>Technical:</w:t>
      </w:r>
      <w:r w:rsidRPr="00DB4F23">
        <w:rPr>
          <w:sz w:val="18"/>
          <w:szCs w:val="18"/>
        </w:rPr>
        <w:t xml:space="preserve"> Software, tools</w:t>
      </w:r>
      <w:r w:rsidR="00DB4F23">
        <w:rPr>
          <w:sz w:val="18"/>
          <w:szCs w:val="18"/>
        </w:rPr>
        <w:t>, languages, certifications, etc.</w:t>
      </w:r>
    </w:p>
    <w:p w14:paraId="717DCDB6" w14:textId="3921128A" w:rsidR="00931B78" w:rsidRPr="00DB4F23" w:rsidRDefault="00000000">
      <w:pPr>
        <w:rPr>
          <w:sz w:val="18"/>
          <w:szCs w:val="18"/>
        </w:rPr>
      </w:pPr>
      <w:r w:rsidRPr="00DB4F23">
        <w:rPr>
          <w:b/>
          <w:bCs/>
          <w:sz w:val="18"/>
          <w:szCs w:val="18"/>
        </w:rPr>
        <w:t>Professional:</w:t>
      </w:r>
      <w:r w:rsidRPr="00DB4F23">
        <w:rPr>
          <w:sz w:val="18"/>
          <w:szCs w:val="18"/>
        </w:rPr>
        <w:t xml:space="preserve"> Communication, leadership</w:t>
      </w:r>
      <w:r w:rsidR="00DB4F23">
        <w:rPr>
          <w:sz w:val="18"/>
          <w:szCs w:val="18"/>
        </w:rPr>
        <w:t>, etc. (</w:t>
      </w:r>
      <w:r w:rsidR="00CE42C3">
        <w:rPr>
          <w:sz w:val="18"/>
          <w:szCs w:val="18"/>
        </w:rPr>
        <w:t>include only if NOT demonstrated in experience</w:t>
      </w:r>
      <w:r w:rsidR="00DB4F23">
        <w:rPr>
          <w:sz w:val="18"/>
          <w:szCs w:val="18"/>
        </w:rPr>
        <w:t>)</w:t>
      </w:r>
    </w:p>
    <w:sectPr w:rsidR="00931B78" w:rsidRPr="00DB4F2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08301207">
    <w:abstractNumId w:val="8"/>
  </w:num>
  <w:num w:numId="2" w16cid:durableId="1481313181">
    <w:abstractNumId w:val="6"/>
  </w:num>
  <w:num w:numId="3" w16cid:durableId="35589637">
    <w:abstractNumId w:val="5"/>
  </w:num>
  <w:num w:numId="4" w16cid:durableId="195318128">
    <w:abstractNumId w:val="4"/>
  </w:num>
  <w:num w:numId="5" w16cid:durableId="1215577859">
    <w:abstractNumId w:val="7"/>
  </w:num>
  <w:num w:numId="6" w16cid:durableId="1846436627">
    <w:abstractNumId w:val="3"/>
  </w:num>
  <w:num w:numId="7" w16cid:durableId="946081905">
    <w:abstractNumId w:val="2"/>
  </w:num>
  <w:num w:numId="8" w16cid:durableId="372703569">
    <w:abstractNumId w:val="1"/>
  </w:num>
  <w:num w:numId="9" w16cid:durableId="1623070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0D65"/>
    <w:rsid w:val="001471CB"/>
    <w:rsid w:val="0015074B"/>
    <w:rsid w:val="0029639D"/>
    <w:rsid w:val="00326F90"/>
    <w:rsid w:val="00931B78"/>
    <w:rsid w:val="00AA1D8D"/>
    <w:rsid w:val="00B44B6E"/>
    <w:rsid w:val="00B47730"/>
    <w:rsid w:val="00B9238E"/>
    <w:rsid w:val="00BB75CA"/>
    <w:rsid w:val="00CB0664"/>
    <w:rsid w:val="00CD650D"/>
    <w:rsid w:val="00CE42C3"/>
    <w:rsid w:val="00DB4F23"/>
    <w:rsid w:val="00ED7B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C14848"/>
  <w14:defaultImageDpi w14:val="300"/>
  <w15:docId w15:val="{C166318F-EA9F-9C42-A13F-582908CBF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B9238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Wheat</cp:lastModifiedBy>
  <cp:revision>4</cp:revision>
  <dcterms:created xsi:type="dcterms:W3CDTF">2026-06-04T18:15:00Z</dcterms:created>
  <dcterms:modified xsi:type="dcterms:W3CDTF">2026-06-04T18:46:00Z</dcterms:modified>
  <cp:category/>
</cp:coreProperties>
</file>